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maintenance corrective dans les équipements et installations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Tourneur, Serge/ </w:t>
            </w:r>
          </w:p>
        </w:tc>
      </w:tr>
      <w:tr>
        <w:trPr>
          <w:trHeight w:val="567"/>
        </w:trPr>
        <w:tc>
          <w:tcPr>
            <w:tcW w:type="dxa" w:w="3000"/>
          </w:tcPr>
          <w:p>
            <w:r>
              <w:t>Adresse bib.</w:t>
            </w:r>
          </w:p>
        </w:tc>
        <w:tc>
          <w:tcPr>
            <w:tcW w:type="dxa" w:w="7000"/>
          </w:tcPr>
          <w:p>
            <w:r>
              <w:t xml:space="preserve">Casteilla/ </w:t>
            </w:r>
          </w:p>
        </w:tc>
      </w:tr>
      <w:tr>
        <w:trPr>
          <w:trHeight w:val="567"/>
        </w:trPr>
        <w:tc>
          <w:tcPr>
            <w:tcW w:type="dxa" w:w="3000"/>
          </w:tcPr>
          <w:p>
            <w:r>
              <w:t>Nombre de Pages</w:t>
            </w:r>
          </w:p>
        </w:tc>
        <w:tc>
          <w:tcPr>
            <w:tcW w:type="dxa" w:w="7000"/>
          </w:tcPr>
          <w:p>
            <w:r>
              <w:t>199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2713526477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maintenance corrective/ fiabilité/ </w:t>
            </w:r>
          </w:p>
        </w:tc>
      </w:tr>
    </w:tbl>
    <w:p>
      <w:pPr>
        <w:pStyle w:val="Heading3"/>
      </w:pPr>
      <w:r>
        <w:t>Résumé :</w:t>
      </w:r>
    </w:p>
    <w:p>
      <w:r>
        <w:t>Ce livre présente les méthodes pratiques de maintenance corrective des équipements et installations électriques. Il explique comment identifier, localiser et diagnostiquer les pannes à partir de symptômes et de mesures électriques. Une place importante est consacrée à l’utilisation des appareils de mesure, au contrôle des circuits et à la recherche méthodique des défauts. L’ouvrage aborde également les règles de sécurité indispensables lors des interventions, ainsi que les techniques de réparation, de vérification et de remise en service des équipements. Il constitue ainsi un support pratique pour comprendre le dépannage électrique et le mesurage.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