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Défauts ponctuels dans les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Quéré,Yves/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II-237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monographies de physique(N°:5)</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Défauts ponctuels/ </w:t>
            </w:r>
          </w:p>
        </w:tc>
      </w:tr>
    </w:tbl>
    <w:p>
      <w:pPr>
        <w:pStyle w:val="Heading3"/>
      </w:pPr>
      <w:r>
        <w:t>Résumé :</w:t>
      </w:r>
    </w:p>
    <w:p>
      <w:r>
        <w:t>L'ouvrage d'Yves Quéré « Défauts ponctuels dans les métaux » constitue une analyse fondamentale des imperfections atomiques de dimension zéro qui perturbent l'ordonnancement des réseaux cristallins. Il détaille la formation, la mobilité et l'impact de ces lacunes et interstitiels sur les propriétés physiques et mécaniques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