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textbook of electrical technology. V3, transmission , distribution &amp; utilization in s.i system of units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Theraja, B. L./ Theraja, A. K./ Khedkar, M.K./ </w:t>
            </w:r>
          </w:p>
        </w:tc>
      </w:tr>
      <w:tr>
        <w:trPr>
          <w:trHeight w:val="567"/>
        </w:trPr>
        <w:tc>
          <w:tcPr>
            <w:tcW w:type="dxa" w:w="3000"/>
          </w:tcPr>
          <w:p>
            <w:r>
              <w:t>Adresse bib.</w:t>
            </w:r>
          </w:p>
        </w:tc>
        <w:tc>
          <w:tcPr>
            <w:tcW w:type="dxa" w:w="7000"/>
          </w:tcPr>
          <w:p>
            <w:r>
              <w:t xml:space="preserve">S.CHAND &amp; COMPANY LTD/ </w:t>
            </w:r>
          </w:p>
        </w:tc>
      </w:tr>
      <w:tr>
        <w:trPr>
          <w:trHeight w:val="567"/>
        </w:trPr>
        <w:tc>
          <w:tcPr>
            <w:tcW w:type="dxa" w:w="3000"/>
          </w:tcPr>
          <w:p>
            <w:r>
              <w:t>Nombre de Pages</w:t>
            </w:r>
          </w:p>
        </w:tc>
        <w:tc>
          <w:tcPr>
            <w:tcW w:type="dxa" w:w="7000"/>
          </w:tcPr>
          <w:p>
            <w:r>
              <w:t>1569-2016</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9788121924900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 traction/ power distribution/ </w:t>
            </w:r>
          </w:p>
        </w:tc>
      </w:tr>
    </w:tbl>
    <w:p>
      <w:pPr>
        <w:pStyle w:val="Heading3"/>
      </w:pPr>
      <w:r>
        <w:t>Résumé :</w:t>
      </w:r>
    </w:p>
    <w:p>
      <w:r>
        <w:t>A Textbook of Electrical Technology, Volume 3: Transmission, Distribution &amp; Utilization deals with the transmission, distribution, protection, and practical utilization of electrical energy. It explains the characteristics and performance of transmission lines, overhead conductors, underground cables, distribution systems, and substations. The book also discusses electrical protection, switchgear, relays, circuit breakers, and power-factor improvement. In the utilization section, it covers electrical heating, welding, illumination, electric drives, and electric traction. Overall, the book provides both theoretical and practical knowledge of electrical power systems and the efficient utilization of electrical energy in domestic, commercial, and industrial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