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Understanding GPS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Kaplan, Elliott D/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554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The Artech House mobile communications series(N°:None)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0890067937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global positioning system GPS/ satellite navigation/ </w:t>
            </w:r>
          </w:p>
        </w:tc>
      </w:tr>
    </w:tbl>
    <w:p>
      <w:pPr>
        <w:pStyle w:val="Heading3"/>
      </w:pPr>
      <w:r>
        <w:t>Résumé :</w:t>
      </w:r>
    </w:p>
    <w:p>
      <w:r>
        <w:t>Intended for technical professional and working engineers, with a minimum of senior undergraduate background, this is a complete guide to understanding and utilizing today's Global Positioning System, a satellite navigation system providing accurate, contiunous, worldwide, three-dimensional position and velocity data. Fifteen expert authors cover all aspects og GPS, from the fundamentals and benefits of satellite navigation systems, to future projections for GPS markets and applications in air, land and marine navigation.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