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Power plant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Raja, A.K/ Srivastava, Amit Prakasch/ Dwivedi, Manish/ </w:t>
            </w:r>
          </w:p>
        </w:tc>
      </w:tr>
      <w:tr>
        <w:trPr>
          <w:trHeight w:val="567"/>
        </w:trPr>
        <w:tc>
          <w:tcPr>
            <w:tcW w:type="dxa" w:w="3000"/>
          </w:tcPr>
          <w:p>
            <w:r>
              <w:t>Adresse bib.</w:t>
            </w:r>
          </w:p>
        </w:tc>
        <w:tc>
          <w:tcPr>
            <w:tcW w:type="dxa" w:w="7000"/>
          </w:tcPr>
          <w:p>
            <w:r>
              <w:t xml:space="preserve">New age international (P) limited, publishers/ </w:t>
            </w:r>
          </w:p>
        </w:tc>
      </w:tr>
      <w:tr>
        <w:trPr>
          <w:trHeight w:val="567"/>
        </w:trPr>
        <w:tc>
          <w:tcPr>
            <w:tcW w:type="dxa" w:w="3000"/>
          </w:tcPr>
          <w:p>
            <w:r>
              <w:t>Nombre de Pages</w:t>
            </w:r>
          </w:p>
        </w:tc>
        <w:tc>
          <w:tcPr>
            <w:tcW w:type="dxa" w:w="7000"/>
          </w:tcPr>
          <w:p>
            <w:r>
              <w:t>470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462-470</w:t>
            </w:r>
          </w:p>
        </w:tc>
      </w:tr>
      <w:tr>
        <w:trPr>
          <w:trHeight w:val="567"/>
        </w:trPr>
        <w:tc>
          <w:tcPr>
            <w:tcW w:type="dxa" w:w="3000"/>
          </w:tcPr>
          <w:p>
            <w:r>
              <w:t>Numéro d'Identification</w:t>
            </w:r>
          </w:p>
        </w:tc>
        <w:tc>
          <w:tcPr>
            <w:tcW w:type="dxa" w:w="7000"/>
          </w:tcPr>
          <w:p>
            <w:r>
              <w:t>9788122418316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illumination/ resistance heating/ </w:t>
            </w:r>
          </w:p>
        </w:tc>
      </w:tr>
    </w:tbl>
    <w:p>
      <w:pPr>
        <w:pStyle w:val="Heading3"/>
      </w:pPr>
      <w:r>
        <w:t>Résumé :</w:t>
      </w:r>
    </w:p>
    <w:p>
      <w:r>
        <w:t>The book covers major methods of electrical power utilization, including electric heating, welding, electric drives, industrial motor applications, electric traction, illumination, and electrochemical processes. It explains the principles, equipment, characteristics, and applications associated with these technologies. Particular attention is given to the selection and control of electrical motors, lighting systems, energy efficiency, and electrical safety. The subject provides an important link between electrical power systems and their practical end-use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