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Sciences appliquées.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Gyzelinck, Jean-Charles/ Le Gall, Franck/ Meunier, Jean/ Terras, Albert/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 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9782091637358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électrotechnique/ </w:t>
            </w:r>
          </w:p>
        </w:tc>
      </w:tr>
    </w:tbl>
    <w:p>
      <w:pPr>
        <w:pStyle w:val="Heading3"/>
      </w:pPr>
      <w:r>
        <w:t>Résumé :</w:t>
      </w:r>
    </w:p>
    <w:p>
      <w:r>
        <w:t>Manuel de sciences appliquées contenant un cours synthétique, les notions importantes, des QCM, des exercices de difficulté progressive s'appuyant sur des applications technologiques et quatre activités documentaires.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