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physique de Sup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Fiat, Olivier/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prépas(N°:None)</w:t>
            </w:r>
          </w:p>
        </w:tc>
      </w:tr>
      <w:tr>
        <w:trPr>
          <w:trHeight w:val="567"/>
        </w:trPr>
        <w:tc>
          <w:tcPr>
            <w:tcW w:type="dxa" w:w="3000"/>
          </w:tcPr>
          <w:p>
            <w:r>
              <w:t>Notes Générales</w:t>
            </w:r>
          </w:p>
        </w:tc>
        <w:tc>
          <w:tcPr>
            <w:tcW w:type="dxa" w:w="7000"/>
          </w:tcPr>
          <w:p>
            <w:r>
              <w:t>La couv. porte en plus : "cours, méthodes, exercices et grands classiques corrigés" et "1ère année". - Index</w:t>
            </w:r>
          </w:p>
        </w:tc>
      </w:tr>
      <w:tr>
        <w:trPr>
          <w:trHeight w:val="567"/>
        </w:trPr>
        <w:tc>
          <w:tcPr>
            <w:tcW w:type="dxa" w:w="3000"/>
          </w:tcPr>
          <w:p>
            <w:r>
              <w:t>Numéro d'Identification</w:t>
            </w:r>
          </w:p>
        </w:tc>
        <w:tc>
          <w:tcPr>
            <w:tcW w:type="dxa" w:w="7000"/>
          </w:tcPr>
          <w:p>
            <w:r>
              <w:t>9782701148946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applications physique/ thermodynamique/ </w:t>
            </w:r>
          </w:p>
        </w:tc>
      </w:tr>
    </w:tbl>
    <w:p>
      <w:pPr>
        <w:pStyle w:val="Heading3"/>
      </w:pPr>
      <w:r>
        <w:t>Résumé :</w:t>
      </w:r>
    </w:p>
    <w:p>
      <w:r>
        <w:t>L'ouvrage « Toute la physique de Sup : MPSI, PCSI, PTSI » d'Olivier Fiat est un manuel de référence « tout-en-un » conçu pour accompagner de manière méthodique et rigoureuse les élèves de première année de classe préparatoire scientifique. Couvrant l'intégralité du programme officiel des filières MPSI, PCSI et PTSI, ce livre s'articule autour des cinq grands piliers fondamentaux de la physique de Sup : l'optique géométrique et l'étude des signaux, l'électrocinétique (circuits RLC, filtres et diagrammes de Bode), la mécanique du point matériel (cinématique, dynamique newtonienne, approche énergétique, oscillateurs et forces centrales), la thermodynamique macroscopique (premiers et second principes, machines thermiques et changements d'état) ainsi qu'une introduction à la magnétostatique et à l'induction électromagnétique. Rédigé par un professeur de CPGE expérimenté, il associe un cours synthétique allant droit à l'essentiel à de nombreux encadrés méthodologiques, permettant d'assimiler les réflexions types et d'éviter les pièges classiques aux concours. L'ouvrage propose une vaste sélection d'exercices d'application et de problèmes entièrement corrigés, constituant ainsi un outil de travail complet pour réviser les colles, réussir les devoirs surveillés et poser des bases solides pour les concours de deuxième année.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