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Basic electrical engineering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Rajput, R.K./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publicationsé(P) LTD/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Comprehensive(N°:None)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9798170084241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magnétisme/ voltage/ </w:t>
            </w:r>
          </w:p>
        </w:tc>
      </w:tr>
    </w:tbl>
    <w:p>
      <w:pPr>
        <w:pStyle w:val="Heading3"/>
      </w:pPr>
      <w:r>
        <w:t>Résumé :</w:t>
      </w:r>
    </w:p>
    <w:p>
      <w:r>
        <w:t>The book also introduces magnetism and electromagnetic induction, followed by the analysis of AC circuits using phasors, impedance, and admittance. Topics such as transformers, electrical machines, three-phase systems, electrical power, measurements, and safety provide a foundation for understanding practical electrical engineering systems.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