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Google Analytics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Chardonneau, Ronan/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ENI, cop/ </w:t>
            </w:r>
          </w:p>
        </w:tc>
      </w:tr>
      <w:tr>
        <w:trPr>
          <w:trHeight w:val="567"/>
        </w:trPr>
        <w:tc>
          <w:tcPr>
            <w:tcW w:type="dxa" w:w="3000"/>
          </w:tcPr>
          <w:p>
            <w:r>
              <w:t>Nombre de Pages</w:t>
            </w:r>
          </w:p>
        </w:tc>
        <w:tc>
          <w:tcPr>
            <w:tcW w:type="dxa" w:w="7000"/>
          </w:tcPr>
          <w:p>
            <w:r>
              <w:t>346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Objectif web(N°:None)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9782746084247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Google Analytics/ Web analytique/ </w:t>
            </w:r>
          </w:p>
        </w:tc>
      </w:tr>
    </w:tbl>
    <w:p>
      <w:pPr>
        <w:pStyle w:val="Heading3"/>
      </w:pPr>
      <w:r>
        <w:t>Résumé :</w:t>
      </w:r>
    </w:p>
    <w:p>
      <w:r>
        <w:t>Cet ouvrage présente Google Analytics et les principes de la web analytique. Il explique comment installer et utiliser le code de suivi, mesurer l’audience d’un site, analyser le trafic et exploiter les rapports statistiques. L’auteur présente également les événements, objectifs, segments, filtres, rapports personnalisés et alertes, ainsi que des applications liées au mobile et aux extensions de navigateur. Une attention particulière est accordée à Universal Analytics et aux nouvelles méthodes d’analyse du comportement des visiteurs.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