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pratique du traitement de texte sur micro-ordinateur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Chambon, Fernande/ Mykita, Patrick/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les édtions foucher/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Collection M. Seguy / P. Mykita. Logiciel pédagogique(N°:None)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2216007412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traitement de texte/ Micro-ordinateurs/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guide pratique consacré à l’apprentissage du traitement de texte sur micro-ordinateur. Il présente les principes et les techniques permettant de saisir, modifier, corriger, mettre en forme et imprimer des documents informatiques. Il aborde notamment l’environnement du micro-ordinateur, la saisie du texte, les principales fonctions des logiciels de traitement de texte ainsi que les possibilités de mise en page. L’objectif est de permettre à l’utilisateur de passer des opérations élémentaires aux fonctions plus avancées du traitement de texte.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