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5743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2842480627</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encyclopédie générale/ sciences humaines/ </w:t>
            </w:r>
          </w:p>
        </w:tc>
      </w:tr>
    </w:tbl>
    <w:p>
      <w:pPr>
        <w:pStyle w:val="Heading3"/>
      </w:pPr>
      <w:r>
        <w:t>Résumé :</w:t>
      </w:r>
    </w:p>
    <w:p>
      <w:r>
        <w:t>L’Encyclopédie Bordas, volume X (Thornton–Zyrardow), ISBN 2842480627, est un ouvrage encyclopédique général qui rassemble des articles classés par ordre alphabétique, couvrant les domaines de l’histoire, de la géographie, des sciences, des techniques, des arts, de la littérature, des sciences humaines et de la culture générale.</w:t>
        <w:br/>
        <w:br/>
        <w:br/>
        <w:br/>
        <w:t>Ce volume présente les principales personnalités, lieux, événements, concepts et sujets correspondant aux entrées allant de Thornton à Zyrardow. Les articles fournissent des informations synthétiques destinées à faciliter la recherche documentaire et l’acquisition de connaissances générales. Des illustrations et photographies complètent les informations textuelles. Un index final permet de retrouver plus facilement les sujets traités.</w:t>
        <w:br/>
        <w:br/>
        <w:t>L’ouvrage constitue ainsi une source de référence encyclopédique destinée notamment aux bibliothèques, établissements scolaires et universitaires et à la consultation documentaire.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