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Essential Linux fast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Chivers, 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1852334088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administration système/ ligne de commande/ </w:t>
            </w:r>
          </w:p>
        </w:tc>
      </w:tr>
    </w:tbl>
    <w:p>
      <w:pPr>
        <w:pStyle w:val="Heading3"/>
      </w:pPr>
      <w:r>
        <w:t>Résumé :</w:t>
      </w:r>
    </w:p>
    <w:p>
      <w:r>
        <w:t>Essential Linux fast, by Ian Chivers, is a practical guide to the Linux operating system. The book introduces the reader to Linux and Unix concepts and explains how to prepare, install, configure, and use a Linux system. It covers hardware configuration, file systems, user accounts and permissions, essential Unix/Linux commands, the X Window System, Internet and networking, document preparation, and basic programming. The book is aimed mainly at users who want a practical introduction to Linux and its everyday administration and use.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