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Nuclear energy: an introduction to the concepts, systems, and applications of nuclear processes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Murray, Raymond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Elsevier/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9780123705471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 nucléaire/ génie nucléaire/ </w:t>
            </w:r>
          </w:p>
        </w:tc>
      </w:tr>
    </w:tbl>
    <w:p>
      <w:pPr>
        <w:pStyle w:val="Heading3"/>
      </w:pPr>
      <w:r>
        <w:t>Résumé :</w:t>
      </w:r>
    </w:p>
    <w:p>
      <w:r>
        <w:t>Nuclear Energy is one of the most popular texts ever published on basic nuclear physics, systems, and applications of nuclear energy. This newest edition continues the tradition of offering a holistic treatment of everything the undergraduate engineering student needs to know in a clear and accessible way. Presented is a comprehensive overview of radioactivity, radiation protection, nuclear reactors, waste disposal, and nuclear medicine.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