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Outils mathématiques pour l'étudiant, l'ingénieur et le chercheur : avec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Lapresté, Jean thierry/ Vial, Christophe/ </w:t>
            </w:r>
          </w:p>
        </w:tc>
      </w:tr>
      <w:tr>
        <w:trPr>
          <w:trHeight w:val="567"/>
        </w:trPr>
        <w:tc>
          <w:tcPr>
            <w:tcW w:type="dxa" w:w="3000"/>
          </w:tcPr>
          <w:p>
            <w:r>
              <w:t>Adresse bib.</w:t>
            </w:r>
          </w:p>
        </w:tc>
        <w:tc>
          <w:tcPr>
            <w:tcW w:type="dxa" w:w="7000"/>
          </w:tcPr>
          <w:p>
            <w:r>
              <w:t xml:space="preserve">Ellipses Editions/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9782729839253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matlab (logiciel)/ analyse mathématique/ </w:t>
            </w:r>
          </w:p>
        </w:tc>
      </w:tr>
    </w:tbl>
    <w:p>
      <w:pPr>
        <w:pStyle w:val="Heading3"/>
      </w:pPr>
      <w:r>
        <w:t>Résumé :</w:t>
      </w:r>
    </w:p>
    <w:p>
      <w:r>
        <w:t>Cet ouvrage s'adresse à des étudiants de licence et master ainsi qu'à des ingénieurs ou des chercheurs en activité qui, tout en n'étant pas des spécialistes de l'analyse numérique et des statistiques, sont, cependant, désireux de résoudre des problèmes concrets au moyen de méthodes à la fois simples, précises et robustes.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