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Microcentrales hydroélectriques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Monition, L./ Roux, Jean/ Le Nir, M./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Les Objectifs scientifiques de demain(N°:None)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2225742944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énergie hydraulique/ </w:t>
            </w:r>
          </w:p>
        </w:tc>
      </w:tr>
    </w:tbl>
    <w:p>
      <w:pPr>
        <w:pStyle w:val="Heading3"/>
      </w:pPr>
      <w:r>
        <w:t>Résumé :</w:t>
      </w:r>
    </w:p>
    <w:p>
      <w:r>
        <w:t>Cet ouvrage présente les principes, les techniques et les possibilités de développement des microcentrales hydroélectriques, c’est-à-dire de petites installations destinées à transformer l’énergie hydraulique des cours d’eau en énergie électrique. Les auteurs abordent les bases théoriques de l’hydroélectricité, notamment l’influence du débit et de la hauteur de chute, puis examinent les principaux éléments d’une microcentrale : ouvrages de prise d’eau, canaux ou conduites, turbines hydrauliques, générateurs, dispositifs de régulation et équipements électriques. L’ouvrage s’intéresse également au choix et à l’étude des sites, au dimensionnement des installations, à leur exploitation ainsi qu’aux aspects économiques et techniques de leur réalisation. Il met particulièrement en évidence l’intérêt des petites ressources hydrauliques pour la production locale d’électricité, notamment dans les zones rurales ou les secteurs où l’alimentation électrique conventionnelle est difficile. Dans le contexte énergétique du début des années 1980, le développement des microcentrales apparaît ainsi comme une possibilité de valoriser des ressources hydrauliques de faible puissance et de diversifier les sources de production d’énergie. Des documents techniques de l’époque citent d’ailleurs cet ouvrage parmi les références consacrées aux petites installations hydroélectriques.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