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Lignes et réseaux élctriques.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Sabonnadière, Jean-Claude/ Hadjsaïd, Nouredine/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9782746214965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haute tension/ impédance/ </w:t>
            </w:r>
          </w:p>
        </w:tc>
      </w:tr>
    </w:tbl>
    <w:p>
      <w:pPr>
        <w:pStyle w:val="Heading3"/>
      </w:pPr>
      <w:r>
        <w:t>Résumé :</w:t>
      </w:r>
    </w:p>
    <w:p>
      <w:r>
        <w:t>Cet ouvrage présente les principes de fonctionnement des lignes et réseaux électriques, avec une approche orientée vers le transport et l’acheminement de l’énergie électrique. Il étudie les caractéristiques électriques des lignes, leur modélisation ainsi que les phénomènes liés au transport de l’énergie sur différentes distances.Une attention particulière est portée aux lignes longues, à la propagation des phénomènes électriques, au réglage de la tension, au transport à haute tension et aux régimes transitoires. L’ouvrage aborde également les lignes à haute tension continue, qui constituent une solution importante pour certains systèmes de transport d’énergie. Il constitue ainsi une base utile pour l’étude, la modélisation, le dimensionnement et l’exploitation des réseaux de transport d’énergie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