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de Petri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Choquet-Geniet, Annie/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2100491474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de petri/ systèmes de contrôle de version/ </w:t>
            </w:r>
          </w:p>
        </w:tc>
      </w:tr>
    </w:tbl>
    <w:p>
      <w:pPr>
        <w:pStyle w:val="Heading3"/>
      </w:pPr>
      <w:r>
        <w:t>Résumé :</w:t>
      </w:r>
    </w:p>
    <w:p>
      <w:r>
        <w:t>Cet ouvrage présente les réseaux de Petri comme outil graphique de modélisation et d’analyse des systèmes complexes et des systèmes de contrôle. Il explique le modèle de base places/transitions, puis ses principales extensions permettant de représenter le parallélisme, la précédence, la communication, le partage des ressources et la causalité. L’ouvrage étudie également différentes méthodes d’analyse et les applications des réseaux de Petri au contrôle des procédés et à la sûreté de fonctionnement. Chaque chapitre est accompagné d’exercices corrigés, ce qui permet de mettre en pratique les notions étudiées.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