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sur le Web 2.0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Cousin, Capucine/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CommentCaMarche.net(N°:None)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9782100511778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web 2.0/ Réseaux sociaux/ </w:t>
            </w:r>
          </w:p>
        </w:tc>
      </w:tr>
    </w:tbl>
    <w:p>
      <w:pPr>
        <w:pStyle w:val="Heading3"/>
      </w:pPr>
      <w:r>
        <w:t>Résumé :</w:t>
      </w:r>
    </w:p>
    <w:p>
      <w:r>
        <w:t>Tout sur le Web 2.0 présente l’évolution du Web vers un modèle dans lequel l’internaute devient non seulement lecteur, mais également producteur, contributeur et acteur du contenu en ligne. Le livre explique les principaux services et usages du Web 2.0 : partage de vidéos, photos et musique, blogs, wikis, podcasts, flux RSS, outils collaboratifs et réseaux sociaux. Il aborde également les nouveaux modèles de participation sur Internet, le journalisme citoyen, l’utilisation de l’expertise des internautes ainsi que les questions juridiques et la protection des données personnelles.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