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Nouveau larousse encyclopédique. V2, kondratiev zythum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Adresse bib.</w:t>
            </w:r>
          </w:p>
        </w:tc>
        <w:tc>
          <w:tcPr>
            <w:tcW w:type="dxa" w:w="7000"/>
          </w:tcPr>
          <w:p>
            <w:r>
              <w:t xml:space="preserve">Larousse/ </w:t>
            </w:r>
          </w:p>
        </w:tc>
      </w:tr>
      <w:tr>
        <w:trPr>
          <w:trHeight w:val="567"/>
        </w:trPr>
        <w:tc>
          <w:tcPr>
            <w:tcW w:type="dxa" w:w="3000"/>
          </w:tcPr>
          <w:p>
            <w:r>
              <w:t>Nombre de Pages</w:t>
            </w:r>
          </w:p>
        </w:tc>
        <w:tc>
          <w:tcPr>
            <w:tcW w:type="dxa" w:w="7000"/>
          </w:tcPr>
          <w:p>
            <w:r>
              <w:t>1702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31 cm</w:t>
            </w:r>
          </w:p>
        </w:tc>
      </w:tr>
      <w:tr>
        <w:trPr>
          <w:trHeight w:val="567"/>
        </w:trPr>
        <w:tc>
          <w:tcPr>
            <w:tcW w:type="dxa" w:w="3000"/>
          </w:tcPr>
          <w:p>
            <w:r>
              <w:t>Numéro d'Identification</w:t>
            </w:r>
          </w:p>
        </w:tc>
        <w:tc>
          <w:tcPr>
            <w:tcW w:type="dxa" w:w="7000"/>
          </w:tcPr>
          <w:p>
            <w:r>
              <w:t>2031531328</w:t>
            </w:r>
          </w:p>
        </w:tc>
      </w:tr>
      <w:tr>
        <w:trPr>
          <w:trHeight w:val="567"/>
        </w:trPr>
        <w:tc>
          <w:tcPr>
            <w:tcW w:type="dxa" w:w="3000"/>
          </w:tcPr>
          <w:p>
            <w:r>
              <w:t>Thème</w:t>
            </w:r>
          </w:p>
        </w:tc>
        <w:tc>
          <w:tcPr>
            <w:tcW w:type="dxa" w:w="7000"/>
          </w:tcPr>
          <w:p>
            <w:r>
              <w:t>Encyclopédies générales et interdisciplinaires (almanachs, atlas, bases de données encyclopédiques, chronologies, critiques d'encyclopédies, dictionnaires biographiques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dictionnaire encyclopédique/ langue française/ culture générale/ géographie politique/ </w:t>
            </w:r>
          </w:p>
        </w:tc>
      </w:tr>
    </w:tbl>
    <w:p>
      <w:pPr>
        <w:pStyle w:val="Heading3"/>
      </w:pPr>
      <w:r>
        <w:t>Résumé :</w:t>
      </w:r>
    </w:p>
    <w:p>
      <w:r>
        <w:t>Le Nouveau Larousse encyclopédique, volume 2, est un dictionnaire encyclopédique de référence couvrant les entrées alphabétiques de Kondratiev à Zythum. Il rassemble des informations dans de nombreux domaines du savoir : histoire, géographie, sciences et techniques, médecine, philosophie, littérature, arts, musique, économie, droit, politique et sciences humaines. L’ouvrage contient également des notices consacrées aux personnalités, aux pays, aux villes, aux institutions, aux événements historiques, aux œuvres et aux notions scientifiques et culturelles. Par la diversité et la richesse de ses notices, ce volume constitue un outil de consultation générale destiné à la recherche documentaire, à l’information et à l’enrichissement des connaissances.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