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Annales d'électrotechnique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Ortega, Noël/ Vincent,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Technosup, Génie électrique : les filières technologiques des filières supérieurs(N°:None)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9782729814281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principalement aux étudiants de BTS (maintenance ou électrotechnique) et d'IUT (génie électrique). Pour les aider à résoudre les problèmes d'examen, et au-delà les problèmes d'électrotechnique réels liés à la maintenance, qu'ils rencontreront dans l'industrie, l'ouvrage contient : • des …</w:t>
        <w:br/>
        <w:br/>
        <w:t>L'ouvrage s'adresse principalement aux étudiants de BTS (maintenance ou électrotechnique) et d'IUT (génie électrique). Pour les aider à résoudre les problèmes d'examen, et au-delà les problèmes d'électrotechnique réels liés à la maintenance, qu'ils rencontreront dans l'industrie, l'ouvrage contient : • des rappels de cours succincts, essentiels pour comprendre et résoudre les sujets proposés ; • 14 sujets d'examens suivis de leurs corrigés détaillés et commentés ces sujets portent sur tous les éléments du génie électrique : distribution de l'énergie, choix de matériels, moteurs, variateurs, sécurité, habilitation... • les notices techniques des différents constructeurs de matériels correspondant aux sujets et nécessaires pour leur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