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données Oracle 8i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Chapuis, Roger/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9782100053308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8i/ langage SQL/ </w:t>
            </w:r>
          </w:p>
        </w:tc>
      </w:tr>
    </w:tbl>
    <w:p>
      <w:pPr>
        <w:pStyle w:val="Heading3"/>
      </w:pPr>
      <w:r>
        <w:t>Résumé :</w:t>
      </w:r>
    </w:p>
    <w:p>
      <w:r>
        <w:t>Cet ouvrage présente de manière complète les bases de données Oracle 8i, en couvrant à la fois leur développement, leur administration et leur optimisation. Il commence par les concepts des bases de données relationnelles et l’algèbre relationnelle, puis approfondit le langage SQL et la programmation PL/SQL. L’auteur étudie également l’intégration d’Oracle avec les langages de programmation, notamment Java à travers JDBC et SQLJ, ainsi que la mise en œuvre des procédures stockées. La seconde partie est consacrée à la conception, l’architecture et l’administration des bases Oracle, avec la sécurité, la gestion des utilisateurs, la sauvegarde, la restauration et l’optimisation des performances. L’ouvrage comporte de nombreux exemples et exercices corrigés, destinés aux étudiants en informatique et aux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