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numérique de systèmes dynamiques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Longchamp, Roland/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765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p.p. 743-748. Index</w:t>
            </w:r>
          </w:p>
        </w:tc>
      </w:tr>
      <w:tr>
        <w:trPr>
          <w:trHeight w:val="567"/>
        </w:trPr>
        <w:tc>
          <w:tcPr>
            <w:tcW w:type="dxa" w:w="3000"/>
          </w:tcPr>
          <w:p>
            <w:r>
              <w:t>Numéro d'Identification</w:t>
            </w:r>
          </w:p>
        </w:tc>
        <w:tc>
          <w:tcPr>
            <w:tcW w:type="dxa" w:w="7000"/>
          </w:tcPr>
          <w:p>
            <w:r>
              <w:t>2880746426</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commande numérique/ commande par calculateur/ </w:t>
            </w:r>
          </w:p>
        </w:tc>
      </w:tr>
    </w:tbl>
    <w:p>
      <w:pPr>
        <w:pStyle w:val="Heading3"/>
      </w:pPr>
      <w:r>
        <w:t>Résumé :</w:t>
      </w:r>
    </w:p>
    <w:p>
      <w:r>
        <w:t>Cet ouvrage constitue une large présentation du domaine de l'automatique. destiné à être exploité comme support didactique dans le cadre d'un premier cours d'automatique, les étudiants ingénieurs y découvriront, dans un cadre structuré et formateur, d'efficaces méthodologies d'analyse et de synthèse des lois de commande. le livre s'adresse de surcroît aux ingénieurs soucieux de compléter ou de renouveler leurs connaissances en automatique. fruit d'une solide expérience d'enseignement et de recherche, le texte adopte une vision résolument systémique et interdisciplinaire. les méthodologies qu'il offre peuvent ainsi être exploitées pour la commande de systèmes les plus variés. actuellement, tous les projets d'automatisation tirent profit des vastes ressources informatiques disponibles, tant au niveau de la réalisation des algorithmes de commande qu'à ceux de leur analyse et de leur synthèse. le livre reflète cet état de fait : les aspects numériques sont soigneusement pris en compte et finement explorés. les deux premières parties du livre couvrent les méthodes d'analyse et de synthèse des régulateurs standard. quant à la troisième partie, elle constitue une ouverture vers des techniques plus avancées : régulateur polynominal et synthèse algébrique, identification, commande adaptative et commande floue.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