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larousse encyclopédique.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2031531301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langue française/ lexicographie/ dictionnaire encyclopédique/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Larousse encyclopédique est un ouvrage de référence général en deux volumes destiné à fournir des informations linguistiques, encyclopédiques, historiques, géographiques, scientifiques, techniques, artistiques et culturelles. Le volume 1, couvrant les lettres A à Kondo, rassemble de nombreuses notices consacrées aux personnes, lieux, pays, événements historiques, notions scientifiques, techniques, œuvres, institutions et termes de la langue française. Il constitue ainsi un outil de consultation générale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