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Grand harrap L-Z. V4</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Mansion, J.E./ Ledésert, R. P. L./ Ledésert, Margaret/ Ledésert, R. P. L./ Ledésert, Margaret/ </w:t>
            </w:r>
          </w:p>
        </w:tc>
      </w:tr>
      <w:tr>
        <w:trPr>
          <w:trHeight w:val="567"/>
        </w:trPr>
        <w:tc>
          <w:tcPr>
            <w:tcW w:type="dxa" w:w="3000"/>
          </w:tcPr>
          <w:p>
            <w:r>
              <w:t>Adresse bib.</w:t>
            </w:r>
          </w:p>
        </w:tc>
        <w:tc>
          <w:tcPr>
            <w:tcW w:type="dxa" w:w="7000"/>
          </w:tcPr>
          <w:p>
            <w:r>
              <w:t xml:space="preserve">Harrap/ </w:t>
            </w:r>
          </w:p>
        </w:tc>
      </w:tr>
      <w:tr>
        <w:trPr>
          <w:trHeight w:val="567"/>
        </w:trPr>
        <w:tc>
          <w:tcPr>
            <w:tcW w:type="dxa" w:w="3000"/>
          </w:tcPr>
          <w:p>
            <w:r>
              <w:t>Nombre de Pages</w:t>
            </w:r>
          </w:p>
        </w:tc>
        <w:tc>
          <w:tcPr>
            <w:tcW w:type="dxa" w:w="7000"/>
          </w:tcPr>
          <w:p>
            <w:r>
              <w:t>4 vol. (pagination multiple)</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Numéro d'Identification</w:t>
            </w:r>
          </w:p>
        </w:tc>
        <w:tc>
          <w:tcPr>
            <w:tcW w:type="dxa" w:w="7000"/>
          </w:tcPr>
          <w:p>
            <w:r>
              <w:t>0245518606</w:t>
            </w:r>
          </w:p>
        </w:tc>
      </w:tr>
      <w:tr>
        <w:trPr>
          <w:trHeight w:val="567"/>
        </w:trPr>
        <w:tc>
          <w:tcPr>
            <w:tcW w:type="dxa" w:w="3000"/>
          </w:tcPr>
          <w:p>
            <w:r>
              <w:t>Thème</w:t>
            </w:r>
          </w:p>
        </w:tc>
        <w:tc>
          <w:tcPr>
            <w:tcW w:type="dxa" w:w="7000"/>
          </w:tcPr>
          <w:p>
            <w:r>
              <w:t>Encyclopédies générales et interdisciplinaires (almanachs, atlas, bases de données encyclopédiques, chronologies, critiques d'encyclopédies, dictionnaires biographiques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dictionnaire bilingue/ lexicographie/ vocabulaire français/ terminologie/ lexicographie/ vocabulaire français/ terminologie/ </w:t>
            </w:r>
          </w:p>
        </w:tc>
      </w:tr>
    </w:tbl>
    <w:p>
      <w:pPr>
        <w:pStyle w:val="Heading3"/>
      </w:pPr>
      <w:r>
        <w:t>Résumé :</w:t>
      </w:r>
    </w:p>
    <w:p>
      <w:r>
        <w:t>Le Harrap’s New Standard French and English Dictionary, volume 2, couvre les entrées françaises de J à Z et propose leurs équivalents et traductions en anglais. Ce dictionnaire bilingue rassemble un vocabulaire général et spécialisé, ainsi que de nombreuses expressions, locutions et emplois idiomatiques. Il comprend également une terminologie relative aux sciences, aux techniques, à la médecine, au droit, à l’économie, à l’administration, à l’industrie et aux arts. L’ouvrage constitue un outil de référence pour la traduction, la compréhension du vocabulaire français et anglais et la recherche linguistique et documentaire.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