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essais non destructifs des bétons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Jones. R./ Elie, A. R./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 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Béton (tous types)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béton/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auscultation du béton/ qualité du béton/ contrôle Non Destructif (cnd)/ </w:t>
            </w:r>
          </w:p>
        </w:tc>
      </w:tr>
    </w:tbl>
    <w:p>
      <w:pPr>
        <w:pStyle w:val="Heading3"/>
      </w:pPr>
      <w:r>
        <w:t>Résumé :</w:t>
      </w:r>
    </w:p>
    <w:p>
      <w:r>
        <w:t>Ce livre pionnier aborde les techniques d'évaluation de la qualité et des propriétés mécaniques des structures en béton sans altérer leur intégrité. R. Jones y détaille notamment :Les principes scientifiques des méthodes non destructives (END).L'auscultation dynamique et la mesure de la vitesse des sons ou des ultrasons dans le béton.L'estimation de la résistance à la compression et l'homogénéité du matériau in situ.L'analyse des défauts et des fissures à l'intérieur des masses de béton.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