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L'Emboutissage des tôles minces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Guyot, Jacques/ Crussard, Ch./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VIII-87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cm</w:t>
            </w:r>
          </w:p>
        </w:tc>
      </w:tr>
      <w:tr>
        <w:trPr>
          <w:trHeight w:val="567"/>
        </w:trPr>
        <w:tc>
          <w:tcPr>
            <w:tcW w:type="dxa" w:w="3000"/>
          </w:tcPr>
          <w:p>
            <w:r>
              <w:t>Thème</w:t>
            </w:r>
          </w:p>
        </w:tc>
        <w:tc>
          <w:tcPr>
            <w:tcW w:type="dxa" w:w="7000"/>
          </w:tcPr>
          <w:p>
            <w:r>
              <w:t>Métallurgie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tole mince/ </w:t>
            </w:r>
          </w:p>
        </w:tc>
      </w:tr>
    </w:tbl>
    <w:p>
      <w:pPr>
        <w:pStyle w:val="Heading3"/>
      </w:pPr>
      <w:r>
        <w:t>Résumé :</w:t>
      </w:r>
    </w:p>
    <w:p>
      <w:r>
        <w:t>L’Emboutissage des tôles minces de J. Guyot est un ouvrage technique consacré à l’emboutissage des feuilles métalliques. Il présente les méthodes de fabrication, les techniques utilisées et les essais permettant d’évaluer la résistance et la qualité des tôles lors de leur mise en forme.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