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Électricité, lois générales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Niard, Jean/ Antoine, Raymond/ Mérat, Robert/ Niard,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J. Niard. Cours d'électricité(N°:None)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209174350X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manuels d'enseignement secondaire/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>Le courant continu est un courant électrique dont le sens reste constant. Dans un circuit électrique, le courant circule lorsqu'il existe une différence de potentiel (tension) et un circuit fermé.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