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Protocol Management in Computer Networking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Byrnes,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Artech House/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1580530699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computer networks/ Network Protocols/ </w:t>
            </w:r>
          </w:p>
        </w:tc>
      </w:tr>
    </w:tbl>
    <w:p>
      <w:pPr>
        <w:pStyle w:val="Heading3"/>
      </w:pPr>
      <w:r>
        <w:t>Résumé :</w:t>
      </w:r>
    </w:p>
    <w:p>
      <w:r>
        <w:t>Protocol Management in Computer Networking presents a systematic approach to understanding and managing communication protocols and computer networks. Philippe Byrnes proposes a management model derived from control-systems engineering, applying it to networks ranging from simple LANs to the Internet.</w:t>
        <w:br/>
        <w:br/>
        <w:br/>
        <w:br/>
        <w:t>The book begins with the physical layer, covering communication channels, signals, modulation and error-control techniques. It then examines the data-link layer, including SDLC, HDLC, PPP and 802 LAN protocols.</w:t>
        <w:br/>
        <w:br/>
        <w:br/>
        <w:br/>
        <w:t>The later sections focus on end-to-end communication, especially TCP/IP, SNA/APPN, X.25, Frame Relay and OSI. The final part discusses the management of interconnected networks through bridging, switching, routing and tunneling.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