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Grand harrap A-1.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Ledésert, R. P. L./ Ledésert, Margaret/ Mansion, J.E./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Harrap/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 vol. (pagination multiple)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024550720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dictionnaire bilingue/ vocabulaire français/ terminologie/ communication bilingue/ </w:t>
            </w:r>
          </w:p>
        </w:tc>
      </w:tr>
    </w:tbl>
    <w:p>
      <w:pPr>
        <w:pStyle w:val="Heading3"/>
      </w:pPr>
      <w:r>
        <w:t>Résumé :</w:t>
      </w:r>
    </w:p>
    <w:p>
      <w:r>
        <w:t>Le Grand Harrap est un important dictionnaire bilingue consacré aux langues française et anglaise. Il est organisé en deux grandes parties : français–anglais et anglais–français. Il fournit les équivalents lexicaux, les différents sens des mots, les expressions, les locutions et de nombreux emplois selon le contexte.</w:t>
        <w:br/>
        <w:br/>
        <w:br/>
        <w:br/>
        <w:t>L'ouvrage est particulièrement destiné à la traduction, à l'apprentissage des langues et à la recherche lexicographique. Il couvre aussi bien le vocabulaire général que des termes appartenant à différents domaines spécialisés. L'organisation alphabétique permet de retrouver rapidement un mot et ses correspondances dans l'autre langue.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