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Dictionnaire encyclopédique quillet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Editions Quillet/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5405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2706500751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Encyclopédies générales et interdisciplinaires (almanachs, atlas, bases de données encyclopédiques, chronologies, critiques d'encyclopédies, dictionnaires biographiques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dictionnaire encyclopédique/ culture générale/ </w:t>
            </w:r>
          </w:p>
        </w:tc>
      </w:tr>
    </w:tbl>
    <w:p>
      <w:pPr>
        <w:pStyle w:val="Heading3"/>
      </w:pPr>
      <w:r>
        <w:t>Résumé :</w:t>
      </w:r>
    </w:p>
    <w:p>
      <w:r>
        <w:t>Le Dictionnaire encyclopédique Quillet est un ouvrage de référence généraliste qui rassemble des connaissances dans de nombreux domaines : histoire, géographie, sciences, littérature, arts, philosophie, société, techniques et culture générale. La tranche NP–POS poursuit l’ordre alphabétique de l’encyclopédie et permet de rechercher rapidement des notions, personnes, lieux, événements et concepts. L’ouvrage appartient à un coffret de dix volumes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