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Total PASS LAS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Périsson,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Total PASS(N°:None)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9782340040939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enseignement médical/ statistique médicale/ </w:t>
            </w:r>
          </w:p>
        </w:tc>
      </w:tr>
    </w:tbl>
    <w:p>
      <w:pPr>
        <w:pStyle w:val="Heading3"/>
      </w:pPr>
      <w:r>
        <w:t>Résumé :</w:t>
      </w:r>
    </w:p>
    <w:p>
      <w:r>
        <w:t>Un ouvrage référence pour réussir la PASS, avec : Le programme complet, - 53 fiches pour des révisions séquencées, - Des QCM pour s'entraîner, - Des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