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Larminat, Philippe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Bibliodr.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2866015150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boucle ouverte/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commande des systèmes linéaires à état continu et discret, en reliant l'analyse des systèmes à la conception de lois de commande. il présente d'abord les méthodes classiques de l'automatique fréquentielle et leur application à la régulation industrielle, puis développe l'approche d'état pour l'analyse et la commande des systèmes. une troisième partie est consacrée à l'optimisation h2h_2, notamment à la commande lq, au filtrage statistique optimal et à la commande lqg. l'ouvrage couvre donc à la fois les méthodes fréquentielles, la représentation d'état, les systèmes à temps discret, la commandabilité et l'observabilité, le placement de pôles, la commande numérique, ainsi que les méthodes d'optimisation et de commande stochastique.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