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developpement durable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Paulet,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Transversale. Débats(N°:None)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2729819142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développement durable/ mondialisation/ aspect de l'environnement/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durable est désormais un thème de réflexion essentiel. Élaboré dans le cadre des grandes organisations internationales il pose la question suivante : comment satisfaire nos besoins actuels (et surtout ceux des Tiers-Mondes) sans compromettre la qualité de vie des générations futures ? Le projet repose sur la coordination de 4 éléments : préservation de l'environnement, développement économique, développement socioculturel et bonne gouvernance.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