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Demain l'énergie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Christian, Ngô/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9782100517671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 énergétique/ consommation d'énergie./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