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Electrotechnique élémentaire. T1, les principes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Pillet, E./ </w:t>
            </w:r>
          </w:p>
        </w:tc>
      </w:tr>
      <w:tr>
        <w:trPr>
          <w:trHeight w:val="567"/>
        </w:trPr>
        <w:tc>
          <w:tcPr>
            <w:tcW w:type="dxa" w:w="3000"/>
          </w:tcPr>
          <w:p>
            <w:r>
              <w:t>Edition</w:t>
            </w:r>
          </w:p>
        </w:tc>
        <w:tc>
          <w:tcPr>
            <w:tcW w:type="dxa" w:w="7000"/>
          </w:tcPr>
          <w:p>
            <w:r>
              <w:t>3 éme edition</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Bibliothèque de l'enseignement technique(N°:None)</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résistance ./ champ magnétique/ </w:t>
            </w:r>
          </w:p>
        </w:tc>
      </w:tr>
    </w:tbl>
    <w:p>
      <w:pPr>
        <w:pStyle w:val="Heading3"/>
      </w:pPr>
      <w:r>
        <w:t>Résumé :</w:t>
      </w:r>
    </w:p>
    <w:p>
      <w:r>
        <w:t>Électrotechnique élémentaire – Tome 1 : Les principes présente les notions fondamentales nécessaires à la compréhension de l’électricité et de ses applications. L’ouvrage aborde les grandeurs électriques essentielles, les circuits en courant continu et alternatif, ainsi que les principales lois permettant d’analyser les circuits électriques. Il introduit également le magnétisme et l’électromagnétisme, notamment les phénomènes d’induction. Les principes de fonctionnement des transformateurs et des machines électriques sont étudiés afin de comprendre la conversion de l’énergie électrique. Enfin, les techniques de mesure et les règles élémentaires de sécurité électrique complètent les connaissances fondamentales en électrotechnique.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