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Manuel de composition des bétons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Vallette, Roger/ Duriez,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Matériaux de construction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materiaux de costruction/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ciment/ méthode expérimentale Vallette/ matériaux de construction‎/ béton/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