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 power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Meier, Alexandra von/ </w:t>
            </w:r>
          </w:p>
        </w:tc>
      </w:tr>
      <w:tr>
        <w:trPr>
          <w:trHeight w:val="567"/>
        </w:trPr>
        <w:tc>
          <w:tcPr>
            <w:tcW w:type="dxa" w:w="3000"/>
          </w:tcPr>
          <w:p>
            <w:r>
              <w:t>Adresse bib.</w:t>
            </w:r>
          </w:p>
        </w:tc>
        <w:tc>
          <w:tcPr>
            <w:tcW w:type="dxa" w:w="7000"/>
          </w:tcPr>
          <w:p>
            <w:r>
              <w:t xml:space="preserve">J. Wiley-Interscience/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978047117859-0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electric power systems/ </w:t>
            </w:r>
          </w:p>
        </w:tc>
      </w:tr>
    </w:tbl>
    <w:p>
      <w:pPr>
        <w:pStyle w:val="Heading3"/>
      </w:pPr>
      <w:r>
        <w:t>Résumé :</w:t>
      </w:r>
    </w:p>
    <w:p>
      <w:r>
        <w:t>Electric Power Systems explains and illustrates how the electric grid works in a clear, straightforward style that makes highly technical material accessible. It begins with a thorough discussion of the underlying physical concepts of electricity, circuits, and complex power that serves as a foundation for more advanced material. Readers are then introduced to the main components of electric power systems, including generators, motors and other appliances, and transmission and distribution equipment such as power lines, transformers, and circuit breakers. The author explains how a whole power system is managed and coordinated, analyzed mathematically, and kept stable and reliable.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