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L'option informatique en classes prépas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Bocage, Claude/ Vidal-Naquet, Guy/ Friedel, Olivier/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Ellipses/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216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26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p. 211. 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2729857001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Informatique, traitement des données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Informatique, traitement des données/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algorithmique/ classes préparatoires/ </w:t>
            </w:r>
          </w:p>
        </w:tc>
      </w:tr>
    </w:tbl>
    <w:p>
      <w:pPr>
        <w:pStyle w:val="Heading3"/>
      </w:pPr>
      <w:r>
        <w:t>Résumé :</w:t>
      </w:r>
    </w:p>
    <w:p>
      <w:r>
        <w:t>L’Option informatique en classes prépas (MPSI–MP) est un ouvrage destiné aux étudiants ayant choisi l’option informatique en classes préparatoires scientifiques. Il couvre les principaux éléments du programme d’informatique nécessaires à la préparation des concours des grandes écoles. L’ouvrage présente les notions d’algorithmique et de programmation à travers de nombreux exemples et exercices. Les algorithmes et programmes sont notamment présentés en Caml et Pascal, afin de permettre aux étudiants de mettre en pratique les concepts étudiés.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