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des processus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Ksouri Lahmari, Moufida/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9789973374790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automatique industrielle/ </w:t>
            </w:r>
          </w:p>
        </w:tc>
      </w:tr>
    </w:tbl>
    <w:p>
      <w:pPr>
        <w:pStyle w:val="Heading3"/>
      </w:pPr>
      <w:r>
        <w:t>Résumé :</w:t>
      </w:r>
    </w:p>
    <w:p>
      <w:r>
        <w:t>Cet ouvrage est consacré à la commande numérique des processus industriels et aux méthodes permettant de concevoir et d’analyser des systèmes de commande utilisant un calculateur ou un dispositif numérique.</w:t>
        <w:br/>
        <w:br/>
        <w:t>il traite principalement du passage des systèmes continus aux systèmes échantillonnés et discrets, de la représentation mathématique des processus, de leur modélisation, ainsi que de la conception de lois de commande numériques. une place importante est accordée aux outils nécessaires à l'analyse des systèmes commandés par ordinateur : échantillonnage, discrétisation, modèles en temps discret, stabilité et performances des systèmes numériques.</w:t>
        <w:br/>
        <w:br/>
        <w:t>l'ouvrage s'inscrit ainsi dans le domaine de l'automatique et de l'informatique industrielle, avec une orientation vers l'application des méthodes de commande numérique aux processus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