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150 fiches pratiques de sécurité des produits chimiques au laboratoire Cent cinquante fiches pratiques de sécurité des produits chimiques au laboratoire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Centre nationale de recherche appliquée en génie parasismique/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340 p.</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9782100708956</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pratiques de sécurité/ produit chimique/ </w:t>
            </w:r>
          </w:p>
        </w:tc>
      </w:tr>
    </w:tbl>
    <w:p>
      <w:pPr>
        <w:pStyle w:val="Heading3"/>
      </w:pPr>
      <w:r>
        <w:t>Résumé :</w:t>
      </w:r>
    </w:p>
    <w:p>
      <w:r>
        <w:t>Cet aide-mémoire regroupe des fiches de sécurité sur 150 produits chimiques couramment utilisés au laboratoire. Il a pour but de sensibiliser les utilisateurs au risque chimique et de permettre une prévention efficace dans l'esprit du « geste qui sauve ».</w:t>
        <w:br/>
        <w:br/>
        <w:br/>
        <w:br/>
        <w:t>Les fiches, actualisées et conformes au nouvel étiquetage CLP, fournissent au lecteur des informations pratiques, claires, synthétiques et vérifiées sur les dangers des produits chimiques, les conditions de stockage, de manipulation et d'élimination, ainsi que sur la conduite à tenir en cas d'urgence.</w:t>
        <w:br/>
        <w:br/>
        <w:t>Il s'adresse à tous les utilisateurs de produits chimiques en petites quantités et particulièrement aux personnels des laboratoires de recherche, ainsi qu'aux enseignants et aux étudiants.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