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Productique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Nasri, M'barek/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9782729885243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Équipement industriel/ Entretien et réparations/ </w:t>
            </w:r>
          </w:p>
        </w:tc>
      </w:tr>
    </w:tbl>
    <w:p>
      <w:pPr>
        <w:pStyle w:val="Heading3"/>
      </w:pPr>
      <w:r>
        <w:t>Résumé :</w:t>
      </w:r>
    </w:p>
    <w:p>
      <w:r>
        <w:t>L'ouvrage développe au fil des chapitres l'enjeu que représente une maintenance de qualité des matériels et des équipements industriels depuis leur conception jusqu'à leur démantèlement pour atteindre une production optimale. En suivant une progression rationnelle permettant de s'initier ou de se …</w:t>
        <w:br/>
        <w:br/>
        <w:t>L'ouvrage développe au fil des chapitres l'enjeu que représente une maintenance de qualité des matériels et des équipements industriels depuis leur conception jusqu'à leur démantèlement pour atteindre une production optimale. En suivant une progression rationnelle permettant de s'initier ou de se perfectionner, le livre présente en détail les différentes méthodes et technologies. En premier lieu, il analyse les défaillances, le concept de fiabilité et le comportement des systèmes de production.</w:t>
        <w:br/>
        <w:br/>
        <w:t>Puis il présente les outils d'aide à la décision, les méthodologies de diagnostic, les coûts et ratios, ainsi que la gestion des stocks. Enfin il décrit l'organisation des travaux de maintenance, la surveillance des équipements industriels et la GMAO. Des cas concrets sont choisis pour que l'acteur de maintenance puisse trouver des analogies aux problèmes auxquels il est confronté. Par son caractère didactique et son accessibilité aux élèves des écoles techniques, ce livre répond aux besoins des élèves et étudiants comme à ceux du technicien ou de l'ingénieur.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