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Neffati, Tahar/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9782100520008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électrique/ </w:t>
            </w:r>
          </w:p>
        </w:tc>
      </w:tr>
    </w:tbl>
    <w:p>
      <w:pPr>
        <w:pStyle w:val="Heading3"/>
      </w:pPr>
      <w:r>
        <w:t>Résumé :</w:t>
      </w:r>
    </w:p>
    <w:p>
      <w:r>
        <w:t>Ce cours complet d'électricité est destiné aux étudiants en IUT et en Licences. Sont exposées les notions importantes sur les circuits électriques et sur leurs méthodes d'analyse en régime statique et en régime sinusoïdal. Sont ensuite traitées la modélisation et la caractérisation des quadripôles (filtre, ampli, régim…</w:t>
        <w:br/>
        <w:br/>
        <w:t>Ce cours complet d'électricité est destiné aux étudiants en IUT et en Licences. Sont exposées les notions importantes sur les circuits électriques et sur leurs méthodes d'analyse en régime statique et en régime sinusoïdal. Sont ensuite traitées la modélisation et la caractérisation des quadripôles (filtre, ampli, régime transitoire), qui est une introduction à l'électronique. Chaque chapitre est accompagné de nombreux exercices corrigés. Le dernier chapitre regroupe des problèmes de synthèse qui aideront l'étudiant à évaluer ses connaissances globales en électricité et à préparer ses examens avec le maximum d'efficacité. Dans cette nouvelle édition entièrement révisée, de nouveaux exercices et problèmes ont été introduits ainsi que les résumés des principales notions à retenir.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