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Nonlinear System analysis and identification from random data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Bendat, Julius S/ </w:t>
            </w:r>
          </w:p>
        </w:tc>
      </w:tr>
      <w:tr>
        <w:trPr>
          <w:trHeight w:val="567"/>
        </w:trPr>
        <w:tc>
          <w:tcPr>
            <w:tcW w:type="dxa" w:w="3000"/>
          </w:tcPr>
          <w:p>
            <w:r>
              <w:t>Adresse bib.</w:t>
            </w:r>
          </w:p>
        </w:tc>
        <w:tc>
          <w:tcPr>
            <w:tcW w:type="dxa" w:w="7000"/>
          </w:tcPr>
          <w:p>
            <w:r>
              <w:t xml:space="preserve">John Wiley And Sons/ </w:t>
            </w:r>
          </w:p>
        </w:tc>
      </w:tr>
      <w:tr>
        <w:trPr>
          <w:trHeight w:val="567"/>
        </w:trPr>
        <w:tc>
          <w:tcPr>
            <w:tcW w:type="dxa" w:w="3000"/>
          </w:tcPr>
          <w:p>
            <w:r>
              <w:t>Nombre de Pages</w:t>
            </w:r>
          </w:p>
        </w:tc>
        <w:tc>
          <w:tcPr>
            <w:tcW w:type="dxa" w:w="7000"/>
          </w:tcPr>
          <w:p>
            <w:r>
              <w:t>267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0471606235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nonlinéar systems/ random data/ </w:t>
            </w:r>
          </w:p>
        </w:tc>
      </w:tr>
    </w:tbl>
    <w:p>
      <w:pPr>
        <w:pStyle w:val="Heading3"/>
      </w:pPr>
      <w:r>
        <w:t>Résumé :</w:t>
      </w:r>
    </w:p>
    <w:p>
      <w:r>
        <w:t>This book deals with the analysis and identification of nonlinear systems using random data. It presents mathematical and statistical methods for extracting information about a system from measured input and output data.</w:t>
        <w:br/>
        <w:br/>
        <w:br/>
        <w:br/>
        <w:t>The book explains correlation functions, spectral density functions, nonlinear response characteristics, and different mathematical models used to represent nonlinear systems. Particular attention is given to bilinear, trilinear, quadratic, and cubic models, as well as systems with finite memory.</w:t>
        <w:br/>
        <w:br/>
        <w:br/>
        <w:br/>
        <w:t>It also discusses system identification, parameter estimation, error analysis, and experimental methods. The book is useful for students, engineers, and researchers working in system theory, control engineering, signal processing, and applied mathematics.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