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diélectriques pour le génie électrique. V2, Applications spécifiques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Martinez Vega, Juan/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9782746218345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diélectrique/ transformateur électrique/ </w:t>
            </w:r>
          </w:p>
        </w:tc>
      </w:tr>
    </w:tbl>
    <w:p>
      <w:pPr>
        <w:pStyle w:val="Heading3"/>
      </w:pPr>
      <w:r>
        <w:t>Résumé :</w:t>
      </w:r>
    </w:p>
    <w:p>
      <w:r>
        <w:t>Le traité Electronique, Génie Electrique, Microsystèmes répond au besoin de disposer d'un ensemble de connaissances, méthodes et outils nécessaires à la maîtrise de la conception, de la fabrication et de l'utilisation des composants, circuits et systèmes utilisant l'électricité, l'optique et l'électronique comme support.</w:t>
        <w:br/>
        <w:br/>
        <w:br/>
        <w:br/>
        <w:t>Conçu et organisé dans un souci de relier étroitement les fondements physiques et les méthodes théoriques au caractère industriel des disciplines traitées, ce traité constitue un état de l'art structuré autour des quatre grands domaines suivants :</w:t>
        <w:br/>
        <w:br/>
        <w:br/>
        <w:br/>
        <w:t>Electronique et micro-électronique</w:t>
        <w:br/>
        <w:br/>
        <w:t>Optoélectronique</w:t>
        <w:br/>
        <w:br/>
        <w:t>Génie électrique</w:t>
        <w:br/>
        <w:br/>
        <w:t>Microsystèmes</w:t>
        <w:br/>
        <w:br/>
        <w:t>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w:t>
        <w:br/>
        <w:br/>
        <w:br/>
        <w:br/>
        <w:t>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