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Analog and digital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Gayakwad, Ramakant/ Sokoloff, Leonard/ </w:t>
            </w:r>
          </w:p>
        </w:tc>
      </w:tr>
      <w:tr>
        <w:trPr>
          <w:trHeight w:val="567"/>
        </w:trPr>
        <w:tc>
          <w:tcPr>
            <w:tcW w:type="dxa" w:w="3000"/>
          </w:tcPr>
          <w:p>
            <w:r>
              <w:t>Adresse bib.</w:t>
            </w:r>
          </w:p>
        </w:tc>
        <w:tc>
          <w:tcPr>
            <w:tcW w:type="dxa" w:w="7000"/>
          </w:tcPr>
          <w:p>
            <w:r>
              <w:t xml:space="preserve">Prentice Hall/ </w:t>
            </w:r>
          </w:p>
        </w:tc>
      </w:tr>
      <w:tr>
        <w:trPr>
          <w:trHeight w:val="567"/>
        </w:trPr>
        <w:tc>
          <w:tcPr>
            <w:tcW w:type="dxa" w:w="3000"/>
          </w:tcPr>
          <w:p>
            <w:r>
              <w:t>Nombre de Pages</w:t>
            </w:r>
          </w:p>
        </w:tc>
        <w:tc>
          <w:tcPr>
            <w:tcW w:type="dxa" w:w="7000"/>
          </w:tcPr>
          <w:p>
            <w:r>
              <w:t>660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651-660.</w:t>
            </w:r>
          </w:p>
        </w:tc>
      </w:tr>
      <w:tr>
        <w:trPr>
          <w:trHeight w:val="567"/>
        </w:trPr>
        <w:tc>
          <w:tcPr>
            <w:tcW w:type="dxa" w:w="3000"/>
          </w:tcPr>
          <w:p>
            <w:r>
              <w:t>Numéro d'Identification</w:t>
            </w:r>
          </w:p>
        </w:tc>
        <w:tc>
          <w:tcPr>
            <w:tcW w:type="dxa" w:w="7000"/>
          </w:tcPr>
          <w:p>
            <w:r>
              <w:t>0130330280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analog control systems/ automatic control/ </w:t>
            </w:r>
          </w:p>
        </w:tc>
      </w:tr>
    </w:tbl>
    <w:p>
      <w:pPr>
        <w:pStyle w:val="Heading3"/>
      </w:pPr>
      <w:r>
        <w:t>Résumé :</w:t>
      </w:r>
    </w:p>
    <w:p>
      <w:r>
        <w:t>Analog and digital control systems is a comprehensive textbook covering the analysis and design of continuous (analog) and discrete (digital) control systems. it develops the mathematical and engineering foundations needed to model physical systems, analyze feedback systems, determine stability and performance, and design controllers.</w:t>
        <w:br/>
        <w:br/>
        <w:t>the book brings together classical control techniques—such as transfer functions, block diagrams, time-domain analysis, root locus, bode and nyquist methods—with digital-control techniques involving sampling, data conversion, the z-transform and discrete-time control. it is therefore particularly useful for electrical, electronics, automation and control engineering students.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