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combinatoire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Berge, 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logique combinatoire/ dénombrements/ </w:t>
            </w:r>
          </w:p>
        </w:tc>
      </w:tr>
    </w:tbl>
    <w:p>
      <w:pPr>
        <w:pStyle w:val="Heading3"/>
      </w:pPr>
      <w:r>
        <w:t>Résumé :</w:t>
      </w:r>
    </w:p>
    <w:p>
      <w:r>
        <w:t>Principes de combinatoire de Claude Berge est un ouvrage mathématique consacré à l’analyse combinatoire, c’est-à-dire aux méthodes permettant de dénombrer et d’étudier les différentes configurations possibles d’un ensemble fini. L’auteur présente les principes et techniques fondamentaux du dénombrement, notamment les arrangements, les permutations et les combinaisons, ainsi que différentes méthodes permettant de résoudre des problèmes combinatoires.</w:t>
        <w:br/>
        <w:br/>
        <w:br/>
        <w:br/>
        <w:t>L’ouvrage constitue une introduction théorique aux méthodes de la combinatoire et met en évidence leurs applications dans différents problèmes mathématiques. L’édition originale française a été publiée chez Dunod en 1968 ; elle a ensuite été traduite en anglais sous le titre Principles of Combinatorics.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