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Préparation au MCSE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 Glenn/ Soubrier, Christian/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XI-646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Ouvrage de formation(N°:None)</w:t>
            </w:r>
          </w:p>
        </w:tc>
      </w:tr>
      <w:tr>
        <w:trPr>
          <w:trHeight w:val="567"/>
        </w:trPr>
        <w:tc>
          <w:tcPr>
            <w:tcW w:type="dxa" w:w="3000"/>
          </w:tcPr>
          <w:p>
            <w:r>
              <w:t>Numéro d'Identification</w:t>
            </w:r>
          </w:p>
        </w:tc>
        <w:tc>
          <w:tcPr>
            <w:tcW w:type="dxa" w:w="7000"/>
          </w:tcPr>
          <w:p>
            <w:r>
              <w:t>2744005991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gestion des réseaux/ microsoft/ </w:t>
            </w:r>
          </w:p>
        </w:tc>
      </w:tr>
    </w:tbl>
    <w:p>
      <w:pPr>
        <w:pStyle w:val="Heading3"/>
      </w:pPr>
      <w:r>
        <w:t>Résumé :</w:t>
      </w:r>
    </w:p>
    <w:p>
      <w:r>
        <w:t>Cet ouvrage de Glenn Berg constitue un manuel de préparation à l’examen MCSE 70-058 – Gestion des réseaux, notions fondamentales. Il présente les connaissances nécessaires à la compréhension, à la mise en œuvre et à l'administration des réseaux informatiques. Il aborde les concepts fondamentaux des réseaux, les protocoles, les communications, les ressources partagées, la sécurité, la gestion et le dépannage.</w:t>
        <w:br/>
        <w:br/>
        <w:br/>
        <w:br/>
        <w:t>L'ouvrage associe les explications théoriques à des études de cas, exercices, conseils pour l'examen et révisions, afin de permettre au lecteur de consolider ses connaissances et de se préparer aux exigences de la certification Microsoft. Il est accompagné d'un CD-ROM contenant des outils de préparation et de simulation de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