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High- voltage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Kuffel, E./ Abdullah, M/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high voltage engineering/ dielectric materials/ </w:t>
            </w:r>
          </w:p>
        </w:tc>
      </w:tr>
    </w:tbl>
    <w:p>
      <w:pPr>
        <w:pStyle w:val="Heading3"/>
      </w:pPr>
      <w:r>
        <w:t>Résumé :</w:t>
      </w:r>
    </w:p>
    <w:p>
      <w:r>
        <w:t>High Voltage Engineering Fundamentals by Kuffel, Zaengl and Kuffel provides the fundamental theory required to understand high-voltage systems and electrical insulation.</w:t>
        <w:br/>
        <w:br/>
        <w:br/>
        <w:br/>
        <w:t>The book explains how high voltages are generated and measured, how electric fields are distributed, and how electrical breakdown occurs in gases, liquids and solids. It also presents techniques for evaluating the condition of insulation, particularly through dielectric-loss and partial-discharge measurements.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