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Dictionnaire encyclopédique quillet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Quillet/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