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Student study guide and solutions manual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Incropera, Frank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047172226x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